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מרחק עצירה לנהגים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מרחק תגובה, מרחק בלימה ומרחק עצירה כולל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מהירות, זמן תגובה ומצב הכביש משפיעים על מרחק העצירה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וחשיבה כמותית פשוטה על בטיחות בנהיגה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גדל פי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זמן התגובה של הנהג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ברטוב מקדם החיכוך נמוך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מתארך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סכום מרחק תגובה ומרחק בלימה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מרחק העצירה גדל ככל שהמהירות עולה, ובמיוחד מרחק הבלימה גדל במהירות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עייפות והסחת דעת מאריכות את זמן התגובה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ברטוב מקדם החיכוך נמוך יותר ולכן מרחק הבלימה ארוך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שני הגורמים יחד קובעים את מרחק התגובה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זמן תגובה טיפוסי לנהג שאינו עייף או מוסח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זמן 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מרחק 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מקדם חיכוך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מרחק 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גורם להשפעתו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(מרחק בלימה ארוך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(מרחק תגובה ארוך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(מקדם חיכוך נמוך)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(מקדם חיכוך גבוה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(זמן תגובה קצר, בערך שנייה)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במרחק הבלימה המהירות מופיעה בריבוע בנוסחה, ולכן הכפלת המהירות פי 2 מגדילה את המרחק פי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להאט את המהירות ולהישאר ערני וממוקד, בלי להסתכל בטלפון או לנהוג עייף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מקדם החיכוך ברטוב נמוך יותר, ולכן לוקח לרכב יותר מרחק לעצור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אתגר 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להציב זמן תגובה ארוך (כ-2 עד 2.5 שניות) ומקדם חיכוך נמוך (כ-0.4) בנוסחה, ולבדוק באיזו מהירות הסכום של מרחק התגובה ומרחק הבלימה קטן מ-25 מטר. ככל שהמהירות נמוכה יותר, גדל הסיכוי לעצור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להאט משמעותית, במיוחד באזורים עם ילדים, ולהימנע מהסחות דעת כמו טלפון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מרחק תגובה ומרחק בלימה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גדל פי 4, כי המהירות מופיעה בריבוע בנוסחה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מקדם החיכוך ברטוב נמוך יותר ולכן מרחק הבלימה ארוך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עם המעבדה האינטראקטיבית את ההשפעה של שינוי מהירות וזמן תגובה על המרחקים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שהנוסחה היא קירוב בלבד ובפועל יש גם השפעה של הרכב והצמיגים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האתגר החישובי לדיון על נהיגה ליד בתי ספר וגנים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מרחק עצירה לנהגים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כשנהג רואה סכנה, הרכב לא עוצר מיד. יש זמן עד שהוא לוחץ על הבלם, ואז עוד זמן עד שהרכב נעצר לגמרי. בדף הזה נלמד מה משפיע על המרחק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תגובה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המרחק שהרכב עובר מהרגע שרואים סכנה עד שלוחצים על הבלם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בלימה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המרחק שהרכב עובר מרגע הלחיצה על הבלם עד העצירה המלאה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עצירה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סכום מרחק התגובה ומרחק הבלימה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תגובה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שלוקח לנהג להגיב לסכנה ולהתחיל לבלום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מקדם חיכוך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שמתאר כמה הכביש אוחז בצמיגים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כביש רטוב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כביש עם חיכוך נמוך יותר, שמאריך את מרחק הבלימה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הסחת דעת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למשל הסתכלות בטלפון, שמאריכה את זמן התגובה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מהירות כפולה - מה קורה למרחק הבלימה?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גדל פי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גדל פי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נשאר אותו הדבר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 פי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משפיע על מרחק התגובה?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מקדם החיכוך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 התגובה של הנהג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מצב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תאוצת הכובד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למקדם החיכוך כשהכביש רטוב?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ברטוב מקדם החיכוך גבוה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ברטוב מקדם החיכוך נמוך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ברטוב מרחק העצירה קצר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לזמן התגובה כשמסתכלים בטלפון?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מתארך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נשאר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תלוי רק במהירות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ממה מורכב מרחק העצירה?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מרחק הבלימה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מרחק התגובה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סכום מרחק תגובה ומרחק בלימה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מרחק התגובה פחות מרחק הבלימה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שהמהירות גבוהה יותר, מרחק העצירה קצר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התגובה של נהג עייף או מוסח ארוך יותר מזה של נהג ערני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בכביש רטוב מרחק הבלימה קצר יותר מבכביש יבש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מרחק התגובה תלוי גם במהירות הרכב וגם בזמן התגובה של הנהג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נהג ערני מגיב בדרך כלל תוך כשנייה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הזמן שעובר מרגע שהנהג רואה סכנה ועד שהוא לוחץ על הבלם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המרחק שהרכב עובר בזמן שהנהג עדיין לא בלם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המספר שמתאר כמה הכביש אוחז בצמיגים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סכום מרחק התגובה ומרחק הבלימה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כביש __________ מקטין את מקדם החיכוך ומאריך את מרחק הבלימה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גורם להשפעתו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מהירות גבוהה יותר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מקדם חיכוך גבוה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זמן תגובה ארוך (הסחת דעת)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מקדם חיכוך נמוך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כביש רטוב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מרחק בלימה ארוך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כביש יבש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זמן תגובה קצר, בערך שנייה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נהג ערני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מרחק תגובה ארוך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מרחק הבלימה גדל פי 4 כשהמהירות גדלה פי 2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שתי דרכים שבהן נהג יכול לקצר את מרחק העצירה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מרחק העצירה בכביש רטוב ארוך יותר מאשר בכביש יבש, גם באותה מהירות?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אתגר 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בכביש רטוב, נהג שמסתכל בטלפון רואה ילד שנמצא 25 מטר ממנו. השתמשו בנוסחה ד = v·t + v²/(2·מ·g) ונסו למצוא מהירות שבה הרכב יספיק לעצור לפניו. הסבירו את דרך החישוב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בהתבסס על החישוב שלכם, מהי ההמלצה שלכם לנהג הנוסע ליד בית ספר או גן ילדים?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המרכיבים של מרחק העצירה הכולל?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למרחק הבלימה כשהמהירות גדלה פי 2?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כביש רטוב מסוכן יותר מבחינת מרחק העצירה?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מעבדת מרחק עצירה לנהגים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