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 לנהגים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מרחק תגובה, מרחק בלימה ומרחק עצירה 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מהירות, זמן תגובה ומצב הכביש משפיעים על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וחשיבה כמותית פשוטה על בטיחות בנהיגה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זמן התגובה של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מתארך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מרחק העצירה גדל ככל שהמהירות עולה, ובמיוחד מרחק הבלימה גדל במהירות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עייפות והסחת דעת מאריכות את זמן התגובה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מרחק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מקדם חיכוך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גורם להשפעתו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(מרחק בלימה ארוך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(מרחק תגובה ארוך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(מקדם חיכוך 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(מקדם חיכוך גבוה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להאט את המהירות ולהישאר ערני וממוקד, בלי להסתכל בטלפון או לנהוג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מקדם החיכוך ברטוב נמוך יותר, ולכן לוקח לרכב יותר מרחק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אתגר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להאט משמעותית, במיוחד באזורים עם ילדים, ולהימנע מהסחות דעת כמו 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ומרחק 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גדל פי 4, כי המהירות מופיעה בריבוע בנוסחה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מקדם החיכוך ברטוב נמוך יותר ולכן מרחק הבלימה ארוך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עם המעבדה האינטראקטיבית את ההשפעה של שינוי מהירות וזמן תגובה על המרחקים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שהנוסחה היא קירוב בלבד ובפועל יש גם השפעה של הרכב והצמיגים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האתגר החישובי לדיון על נהיגה ליד בתי ספר וגנים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 לנהגים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כשנהג רואה סכנה בכביש, הרכב לא עוצר מיד – יש מרחק תגובה ומרחק בלימה שביחד יוצרים את מרחק העצירה הכולל. בדף זה נתרגל את הגורמים שמשפיעים על המרחק הזה: מהירות, עייפות או הסחת דעת, וכביש רטוב לעומת יבש.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מרחק תגובה  ·  מקדם חיכוך  ·  זמן תגובה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גורם משפיע בעיקר על מרחק התגובה?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מקדם החיכוך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זמן התגובה של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מצב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נהג שמסתכל בטלפון - מה קורה לזמן התגובה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מתארך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נשאר קבוע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שהמהירות גבוהה יותר, מרחק העצירה קצר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זמן התגובה של נהג עייף או מוסח ארוך יותר מזה של נהג ערני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הזמן שעובר מרגע שהנהג רואה סכנה ועד שהוא לוחץ על הבלם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המרחק שהרכב עובר בזמן שהנהג עדיין לא בלם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המספר שמתאר כמה הכביש אוחז בצמיגים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גורם להשפעתו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מהירות גבוהה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מקדם חיכוך גבוה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זמן תגובה ארוך (הסחת דעת)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מרחק בלימה ארוך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כביש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מרחק תגובה ארוך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כביש 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מקדם חיכוך נמוך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שתי דרכים שבהן נהג יכול לקצר את מרחק העצירה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מרחק העצירה בכביש רטוב ארוך יותר מאשר בכביש יבש, גם באותה מהירות?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אתגר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בהתבסס על החישוב שלכם, מהי ההמלצה שלכם לנהג הנוסע ליד בית ספר או גן ילדים?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המרכיבים של מרחק העצירה הכולל?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למרחק הבלימה כשהמהירות גדלה פי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מרחק עצירה לנהגים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